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761BD" w14:textId="7D4AA0FA" w:rsidR="000C0635" w:rsidRPr="00C9199E" w:rsidRDefault="00C9199E" w:rsidP="000C0635">
      <w:pPr>
        <w:jc w:val="center"/>
        <w:rPr>
          <w:rFonts w:ascii="游ゴシック" w:eastAsia="游ゴシック" w:hAnsi="游ゴシック"/>
        </w:rPr>
      </w:pPr>
      <w:r w:rsidRPr="00C9199E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E5EB74" wp14:editId="61BA0B1F">
                <wp:simplePos x="0" y="0"/>
                <wp:positionH relativeFrom="column">
                  <wp:posOffset>1804917</wp:posOffset>
                </wp:positionH>
                <wp:positionV relativeFrom="paragraph">
                  <wp:posOffset>678843</wp:posOffset>
                </wp:positionV>
                <wp:extent cx="3248168" cy="203522"/>
                <wp:effectExtent l="0" t="0" r="28575" b="2540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168" cy="2035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D5A86" id="正方形/長方形 11" o:spid="_x0000_s1026" style="position:absolute;left:0;text-align:left;margin-left:142.1pt;margin-top:53.45pt;width:255.75pt;height:16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" fillcolor="white [3212]" strokecolor="white [3212]"/>
            </w:pict>
          </mc:Fallback>
        </mc:AlternateContent>
      </w:r>
      <w:r w:rsidR="000C0635" w:rsidRPr="00C9199E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2631159" wp14:editId="330E8CC2">
                <wp:simplePos x="0" y="0"/>
                <wp:positionH relativeFrom="column">
                  <wp:posOffset>1804917</wp:posOffset>
                </wp:positionH>
                <wp:positionV relativeFrom="paragraph">
                  <wp:posOffset>678843</wp:posOffset>
                </wp:positionV>
                <wp:extent cx="3248168" cy="203522"/>
                <wp:effectExtent l="0" t="0" r="28575" b="2540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168" cy="2035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D52D2" id="正方形/長方形 3" o:spid="_x0000_s1026" style="position:absolute;left:0;text-align:left;margin-left:142.1pt;margin-top:53.45pt;width:255.75pt;height:1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" fillcolor="white [3212]" strokecolor="white [3212]"/>
            </w:pict>
          </mc:Fallback>
        </mc:AlternateContent>
      </w:r>
      <w:r w:rsidR="000C0635" w:rsidRPr="00C9199E">
        <w:rPr>
          <w:rFonts w:ascii="游ゴシック" w:eastAsia="游ゴシック" w:hAnsi="游ゴシック"/>
          <w:noProof/>
        </w:rPr>
        <mc:AlternateContent>
          <mc:Choice Requires="wps">
            <w:drawing>
              <wp:inline distT="0" distB="0" distL="0" distR="0" wp14:anchorId="03D0AEEE" wp14:editId="77D3865F">
                <wp:extent cx="4174588" cy="685800"/>
                <wp:effectExtent l="0" t="0" r="0" b="0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588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33CB50" w14:textId="77777777" w:rsidR="000C0635" w:rsidRPr="00B731A4" w:rsidRDefault="000C0635" w:rsidP="000C063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56"/>
                                <w:szCs w:val="56"/>
                                <w:lang w:eastAsia="ja-JP"/>
                              </w:rPr>
                            </w:pPr>
                            <w:r w:rsidRPr="000B7E4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AED使用可能施設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D0AE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width:328.7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" fillcolor="window" stroked="f" strokeweight=".5pt">
                <v:textbox>
                  <w:txbxContent>
                    <w:p w14:paraId="3B33CB50" w14:textId="77777777" w:rsidR="000C0635" w:rsidRPr="00B731A4" w:rsidRDefault="000C0635" w:rsidP="000C063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z w:val="56"/>
                          <w:szCs w:val="56"/>
                          <w:lang w:eastAsia="ja-JP"/>
                        </w:rPr>
                      </w:pPr>
                      <w:r w:rsidRPr="000B7E48">
                        <w:rPr>
                          <w:rFonts w:ascii="游ゴシック" w:eastAsia="游ゴシック" w:hAnsi="游ゴシック" w:hint="eastAsia"/>
                          <w:b/>
                          <w:bCs/>
                          <w:sz w:val="72"/>
                          <w:szCs w:val="72"/>
                          <w:lang w:eastAsia="ja-JP"/>
                        </w:rPr>
                        <w:t>AED使用可能施設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4D75B6" w14:textId="4D375584" w:rsidR="000C0635" w:rsidRPr="00C9199E" w:rsidRDefault="000C0635" w:rsidP="000C0635">
      <w:pPr>
        <w:jc w:val="center"/>
        <w:rPr>
          <w:rFonts w:ascii="游ゴシック" w:eastAsia="游ゴシック" w:hAnsi="游ゴシック"/>
        </w:rPr>
      </w:pPr>
      <w:r w:rsidRPr="00C9199E">
        <w:rPr>
          <w:rFonts w:ascii="游ゴシック" w:eastAsia="游ゴシック" w:hAnsi="游ゴシック"/>
          <w:noProof/>
        </w:rPr>
        <w:drawing>
          <wp:inline distT="0" distB="0" distL="0" distR="0" wp14:anchorId="08D6E745" wp14:editId="3773062D">
            <wp:extent cx="3752193" cy="4423956"/>
            <wp:effectExtent l="0" t="0" r="127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clean_white_poster_certificate_like_graphic_ove.png"/>
                    <pic:cNvPicPr/>
                  </pic:nvPicPr>
                  <pic:blipFill rotWithShape="1">
                    <a:blip r:embed="rId8"/>
                    <a:srcRect l="19699" t="17242" r="19422" b="30718"/>
                    <a:stretch/>
                  </pic:blipFill>
                  <pic:spPr bwMode="auto">
                    <a:xfrm>
                      <a:off x="0" y="0"/>
                      <a:ext cx="3790545" cy="446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9B017" w14:textId="6415B2AF" w:rsidR="000C0635" w:rsidRPr="00C9199E" w:rsidRDefault="000C0635" w:rsidP="000C0635">
      <w:pPr>
        <w:jc w:val="center"/>
        <w:rPr>
          <w:rFonts w:ascii="游ゴシック" w:eastAsia="游ゴシック" w:hAnsi="游ゴシック"/>
        </w:rPr>
      </w:pPr>
      <w:r w:rsidRPr="00C9199E">
        <w:rPr>
          <w:rFonts w:ascii="游ゴシック" w:eastAsia="游ゴシック" w:hAnsi="游ゴシック"/>
          <w:noProof/>
        </w:rPr>
        <mc:AlternateContent>
          <mc:Choice Requires="wps">
            <w:drawing>
              <wp:inline distT="0" distB="0" distL="0" distR="0" wp14:anchorId="7CFF2C53" wp14:editId="2F74D039">
                <wp:extent cx="5745707" cy="620110"/>
                <wp:effectExtent l="0" t="0" r="0" b="0"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07" cy="62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3000" sx="1000" sy="1000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B1019" w14:textId="77777777" w:rsidR="000C0635" w:rsidRPr="00472CE1" w:rsidRDefault="000C0635" w:rsidP="000C063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eastAsia="ja-JP"/>
                              </w:rPr>
                            </w:pPr>
                            <w:r w:rsidRPr="00472CE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eastAsia="ja-JP"/>
                              </w:rPr>
                              <w:t>緊急時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eastAsia="ja-JP"/>
                              </w:rPr>
                              <w:t>に</w:t>
                            </w:r>
                            <w:r w:rsidRPr="00472CE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eastAsia="ja-JP"/>
                              </w:rPr>
                              <w:t>AEDを提供します！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FF2C53" id="正方形/長方形 7" o:spid="_x0000_s1027" style="width:452.4pt;height: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" filled="f" stroked="f">
                <v:shadow on="t" type="perspective" color="black" opacity="0" origin=",.5" offset=".63889mm,0" matrix="655f,,,655f"/>
                <v:textbox>
                  <w:txbxContent>
                    <w:p w14:paraId="356B1019" w14:textId="77777777" w:rsidR="000C0635" w:rsidRPr="00472CE1" w:rsidRDefault="000C0635" w:rsidP="000C063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64"/>
                          <w:szCs w:val="64"/>
                          <w:lang w:eastAsia="ja-JP"/>
                        </w:rPr>
                      </w:pPr>
                      <w:r w:rsidRPr="00472CE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64"/>
                          <w:szCs w:val="64"/>
                          <w:lang w:eastAsia="ja-JP"/>
                        </w:rPr>
                        <w:t>緊急時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64"/>
                          <w:szCs w:val="64"/>
                          <w:lang w:eastAsia="ja-JP"/>
                        </w:rPr>
                        <w:t>に</w:t>
                      </w:r>
                      <w:r w:rsidRPr="00472CE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64"/>
                          <w:szCs w:val="64"/>
                          <w:lang w:eastAsia="ja-JP"/>
                        </w:rPr>
                        <w:t>AEDを提供します！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3D54E8D" w14:textId="049568B2" w:rsidR="000C0635" w:rsidRDefault="00716422" w:rsidP="000C0635">
      <w:pPr>
        <w:jc w:val="center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697D9" wp14:editId="1E8C3DED">
                <wp:simplePos x="0" y="0"/>
                <wp:positionH relativeFrom="column">
                  <wp:posOffset>191332</wp:posOffset>
                </wp:positionH>
                <wp:positionV relativeFrom="paragraph">
                  <wp:posOffset>300706</wp:posOffset>
                </wp:positionV>
                <wp:extent cx="1397876" cy="645795"/>
                <wp:effectExtent l="0" t="0" r="0" b="19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876" cy="645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6FDA4" w14:textId="1B81F7EE" w:rsidR="005339D1" w:rsidRPr="00716422" w:rsidRDefault="005339D1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716422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  <w:t>提供可能日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97D9" id="テキスト ボックス 2" o:spid="_x0000_s1028" type="#_x0000_t202" style="position:absolute;left:0;text-align:left;margin-left:15.05pt;margin-top:23.7pt;width:110.05pt;height:5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" fillcolor="white [3201]" stroked="f" strokeweight=".5pt">
                <v:textbox>
                  <w:txbxContent>
                    <w:p w14:paraId="56B6FDA4" w14:textId="1B81F7EE" w:rsidR="005339D1" w:rsidRPr="00716422" w:rsidRDefault="005339D1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r w:rsidRPr="00716422"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  <w:lang w:eastAsia="ja-JP"/>
                        </w:rPr>
                        <w:t>提供可能日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0B4F14" wp14:editId="3DDD7F24">
                <wp:simplePos x="0" y="0"/>
                <wp:positionH relativeFrom="column">
                  <wp:posOffset>117760</wp:posOffset>
                </wp:positionH>
                <wp:positionV relativeFrom="paragraph">
                  <wp:posOffset>1078230</wp:posOffset>
                </wp:positionV>
                <wp:extent cx="1564727" cy="556303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727" cy="556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926F6" w14:textId="30E9B1AA" w:rsidR="005339D1" w:rsidRPr="00716422" w:rsidRDefault="005339D1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716422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  <w:t>提供可能時間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4F14" id="テキスト ボックス 5" o:spid="_x0000_s1029" type="#_x0000_t202" style="position:absolute;left:0;text-align:left;margin-left:9.25pt;margin-top:84.9pt;width:123.2pt;height:4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" fillcolor="white [3201]" stroked="f" strokeweight=".5pt">
                <v:textbox>
                  <w:txbxContent>
                    <w:p w14:paraId="149926F6" w14:textId="30E9B1AA" w:rsidR="005339D1" w:rsidRPr="00716422" w:rsidRDefault="005339D1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sz w:val="36"/>
                          <w:szCs w:val="36"/>
                          <w:lang w:eastAsia="ja-JP"/>
                        </w:rPr>
                      </w:pPr>
                      <w:r w:rsidRPr="00716422"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  <w:lang w:eastAsia="ja-JP"/>
                        </w:rPr>
                        <w:t>提供可能時間</w:t>
                      </w:r>
                    </w:p>
                  </w:txbxContent>
                </v:textbox>
              </v:shape>
            </w:pict>
          </mc:Fallback>
        </mc:AlternateContent>
      </w:r>
      <w:r w:rsidR="000C0635" w:rsidRPr="00C9199E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435FFF" wp14:editId="620AC25F">
                <wp:simplePos x="0" y="0"/>
                <wp:positionH relativeFrom="column">
                  <wp:posOffset>1816735</wp:posOffset>
                </wp:positionH>
                <wp:positionV relativeFrom="paragraph">
                  <wp:posOffset>395255</wp:posOffset>
                </wp:positionV>
                <wp:extent cx="1386840" cy="367665"/>
                <wp:effectExtent l="0" t="0" r="22860" b="1333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067C0" id="正方形/長方形 8" o:spid="_x0000_s1026" style="position:absolute;left:0;text-align:left;margin-left:143.05pt;margin-top:31.1pt;width:109.2pt;height:28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" fillcolor="window" strokecolor="window"/>
            </w:pict>
          </mc:Fallback>
        </mc:AlternateContent>
      </w:r>
      <w:r w:rsidR="000C0635" w:rsidRPr="00C9199E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8295A0" wp14:editId="22B3102A">
                <wp:simplePos x="0" y="0"/>
                <wp:positionH relativeFrom="column">
                  <wp:posOffset>1846865</wp:posOffset>
                </wp:positionH>
                <wp:positionV relativeFrom="paragraph">
                  <wp:posOffset>1203960</wp:posOffset>
                </wp:positionV>
                <wp:extent cx="3289300" cy="335915"/>
                <wp:effectExtent l="0" t="0" r="25400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9CA75" id="正方形/長方形 9" o:spid="_x0000_s1026" style="position:absolute;left:0;text-align:left;margin-left:145.4pt;margin-top:94.8pt;width:259pt;height:26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" fillcolor="window" strokecolor="window"/>
            </w:pict>
          </mc:Fallback>
        </mc:AlternateContent>
      </w:r>
      <w:r w:rsidR="000C0635" w:rsidRPr="00C9199E">
        <w:rPr>
          <w:rFonts w:ascii="游ゴシック" w:eastAsia="游ゴシック" w:hAnsi="游ゴシック"/>
          <w:noProof/>
        </w:rPr>
        <w:drawing>
          <wp:inline distT="0" distB="0" distL="0" distR="0" wp14:anchorId="4A7FEA9B" wp14:editId="0C78436C">
            <wp:extent cx="5422334" cy="1839310"/>
            <wp:effectExtent l="0" t="0" r="6985" b="889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clean_poster_like_graphic_design_on_a_white_lig.png"/>
                    <pic:cNvPicPr/>
                  </pic:nvPicPr>
                  <pic:blipFill rotWithShape="1">
                    <a:blip r:embed="rId9"/>
                    <a:srcRect l="4480" t="84560" r="3763" b="2561"/>
                    <a:stretch/>
                  </pic:blipFill>
                  <pic:spPr bwMode="auto">
                    <a:xfrm>
                      <a:off x="0" y="0"/>
                      <a:ext cx="5422334" cy="183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05398" w14:textId="503AC4B8" w:rsidR="000C0635" w:rsidRPr="00C9199E" w:rsidRDefault="000C0635" w:rsidP="0017197C">
      <w:pPr>
        <w:jc w:val="center"/>
        <w:rPr>
          <w:rFonts w:ascii="游ゴシック" w:eastAsia="游ゴシック" w:hAnsi="游ゴシック"/>
        </w:rPr>
      </w:pPr>
      <w:r w:rsidRPr="00C9199E">
        <w:rPr>
          <w:rFonts w:ascii="游ゴシック" w:eastAsia="游ゴシック" w:hAnsi="游ゴシック"/>
          <w:noProof/>
        </w:rPr>
        <mc:AlternateContent>
          <mc:Choice Requires="wps">
            <w:drawing>
              <wp:inline distT="0" distB="0" distL="0" distR="0" wp14:anchorId="586489CF" wp14:editId="7999A34D">
                <wp:extent cx="3641538" cy="634790"/>
                <wp:effectExtent l="0" t="0" r="0" b="0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1538" cy="63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2E1154" w14:textId="77777777" w:rsidR="000C0635" w:rsidRPr="00472CE1" w:rsidRDefault="000C0635" w:rsidP="000C063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64"/>
                                <w:szCs w:val="64"/>
                                <w:lang w:eastAsia="ja-JP"/>
                              </w:rPr>
                            </w:pPr>
                            <w:r w:rsidRPr="00472CE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64"/>
                                <w:szCs w:val="64"/>
                                <w:lang w:eastAsia="ja-JP"/>
                              </w:rPr>
                              <w:t>厚木市消防本部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6489CF" id="テキスト ボックス 10" o:spid="_x0000_s1030" type="#_x0000_t202" style="width:286.75pt;height: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" fillcolor="white [3201]" stroked="f" strokeweight=".5pt">
                <v:textbox>
                  <w:txbxContent>
                    <w:p w14:paraId="532E1154" w14:textId="77777777" w:rsidR="000C0635" w:rsidRPr="00472CE1" w:rsidRDefault="000C0635" w:rsidP="000C063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z w:val="64"/>
                          <w:szCs w:val="64"/>
                          <w:lang w:eastAsia="ja-JP"/>
                        </w:rPr>
                      </w:pPr>
                      <w:r w:rsidRPr="00472CE1">
                        <w:rPr>
                          <w:rFonts w:ascii="游ゴシック" w:eastAsia="游ゴシック" w:hAnsi="游ゴシック" w:hint="eastAsia"/>
                          <w:b/>
                          <w:bCs/>
                          <w:sz w:val="64"/>
                          <w:szCs w:val="64"/>
                          <w:lang w:eastAsia="ja-JP"/>
                        </w:rPr>
                        <w:t>厚木市消防本部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C0635" w:rsidRPr="00C9199E" w:rsidSect="004A76F7">
      <w:pgSz w:w="11906" w:h="16838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1E844" w14:textId="77777777" w:rsidR="00472CE1" w:rsidRDefault="00472CE1" w:rsidP="00472CE1">
      <w:pPr>
        <w:spacing w:after="0" w:line="240" w:lineRule="auto"/>
      </w:pPr>
      <w:r>
        <w:separator/>
      </w:r>
    </w:p>
  </w:endnote>
  <w:endnote w:type="continuationSeparator" w:id="0">
    <w:p w14:paraId="6905B920" w14:textId="77777777" w:rsidR="00472CE1" w:rsidRDefault="00472CE1" w:rsidP="00472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76F03" w14:textId="77777777" w:rsidR="00472CE1" w:rsidRDefault="00472CE1" w:rsidP="00472CE1">
      <w:pPr>
        <w:spacing w:after="0" w:line="240" w:lineRule="auto"/>
      </w:pPr>
      <w:r>
        <w:separator/>
      </w:r>
    </w:p>
  </w:footnote>
  <w:footnote w:type="continuationSeparator" w:id="0">
    <w:p w14:paraId="7B04A1F0" w14:textId="77777777" w:rsidR="00472CE1" w:rsidRDefault="00472CE1" w:rsidP="00472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B7E48"/>
    <w:rsid w:val="000C0635"/>
    <w:rsid w:val="0015074B"/>
    <w:rsid w:val="0017197C"/>
    <w:rsid w:val="001C37C1"/>
    <w:rsid w:val="00226549"/>
    <w:rsid w:val="002920B5"/>
    <w:rsid w:val="0029639D"/>
    <w:rsid w:val="002D0389"/>
    <w:rsid w:val="002E570F"/>
    <w:rsid w:val="00326F90"/>
    <w:rsid w:val="00347B1C"/>
    <w:rsid w:val="003937A5"/>
    <w:rsid w:val="003957A4"/>
    <w:rsid w:val="003B7A76"/>
    <w:rsid w:val="00472CE1"/>
    <w:rsid w:val="00496158"/>
    <w:rsid w:val="004A76F7"/>
    <w:rsid w:val="005339D1"/>
    <w:rsid w:val="005804E0"/>
    <w:rsid w:val="005B69E5"/>
    <w:rsid w:val="005B78F0"/>
    <w:rsid w:val="005D0FED"/>
    <w:rsid w:val="006023E3"/>
    <w:rsid w:val="00650C27"/>
    <w:rsid w:val="00666CAD"/>
    <w:rsid w:val="0067731C"/>
    <w:rsid w:val="00716422"/>
    <w:rsid w:val="00724E50"/>
    <w:rsid w:val="00777CCE"/>
    <w:rsid w:val="007D73D8"/>
    <w:rsid w:val="007E560E"/>
    <w:rsid w:val="007F0F04"/>
    <w:rsid w:val="00823D25"/>
    <w:rsid w:val="008B0526"/>
    <w:rsid w:val="008E309E"/>
    <w:rsid w:val="0090564F"/>
    <w:rsid w:val="009C748A"/>
    <w:rsid w:val="00AA1D8D"/>
    <w:rsid w:val="00B47730"/>
    <w:rsid w:val="00B731A4"/>
    <w:rsid w:val="00BC19D3"/>
    <w:rsid w:val="00BF04B9"/>
    <w:rsid w:val="00C17E01"/>
    <w:rsid w:val="00C9199E"/>
    <w:rsid w:val="00CB0664"/>
    <w:rsid w:val="00CE486E"/>
    <w:rsid w:val="00D20172"/>
    <w:rsid w:val="00D5443D"/>
    <w:rsid w:val="00D56810"/>
    <w:rsid w:val="00D73CDA"/>
    <w:rsid w:val="00DF73FD"/>
    <w:rsid w:val="00EB0F67"/>
    <w:rsid w:val="00EB6863"/>
    <w:rsid w:val="00EC1E89"/>
    <w:rsid w:val="00EE288A"/>
    <w:rsid w:val="00F14601"/>
    <w:rsid w:val="00F82E0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26563CC"/>
  <w14:defaultImageDpi w14:val="300"/>
  <w15:docId w15:val="{397476A4-30FF-4DB0-86FC-960BE1600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BACAD-C445-4974-AED6-C3B317FE4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藤山 和也</cp:lastModifiedBy>
  <cp:revision>52</cp:revision>
  <cp:lastPrinted>2026-06-10T01:58:00Z</cp:lastPrinted>
  <dcterms:created xsi:type="dcterms:W3CDTF">2013-12-23T23:15:00Z</dcterms:created>
  <dcterms:modified xsi:type="dcterms:W3CDTF">2026-06-10T03:50:00Z</dcterms:modified>
  <cp:category/>
</cp:coreProperties>
</file>